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AB8F" w14:textId="77777777" w:rsidR="00D815E9" w:rsidRDefault="00D815E9">
      <w:pPr>
        <w:spacing w:after="4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D815E9" w14:paraId="600A9901" w14:textId="77777777">
        <w:tc>
          <w:tcPr>
            <w:tcW w:w="4968" w:type="dxa"/>
          </w:tcPr>
          <w:p w14:paraId="24F665BE" w14:textId="77777777" w:rsidR="00D815E9" w:rsidRDefault="00000000">
            <w:r w:rsidRPr="00286B76">
              <w:rPr>
                <w:b/>
                <w:lang w:val="pl-PL"/>
              </w:rPr>
              <w:t>Dane Wnioskodawcy/Producenta:</w:t>
            </w:r>
            <w:r w:rsidRPr="00286B76">
              <w:rPr>
                <w:b/>
                <w:lang w:val="pl-PL"/>
              </w:rPr>
              <w:br/>
            </w:r>
            <w:r w:rsidRPr="00286B76">
              <w:rPr>
                <w:lang w:val="pl-PL"/>
              </w:rPr>
              <w:t>Imię i nazwisko / Nazwa: ................................................</w:t>
            </w:r>
            <w:r w:rsidRPr="00286B76">
              <w:rPr>
                <w:lang w:val="pl-PL"/>
              </w:rPr>
              <w:br/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zamieszkania</w:t>
            </w:r>
            <w:proofErr w:type="spellEnd"/>
            <w:r>
              <w:t xml:space="preserve"> / </w:t>
            </w:r>
            <w:proofErr w:type="spellStart"/>
            <w:r>
              <w:t>Siedziby</w:t>
            </w:r>
            <w:proofErr w:type="spellEnd"/>
            <w:r>
              <w:t>: ................................................</w:t>
            </w:r>
            <w:r>
              <w:br/>
              <w:t>NIP: ................................................................................</w:t>
            </w:r>
            <w:r>
              <w:br/>
              <w:t>REGON: ................................................................................</w:t>
            </w:r>
          </w:p>
        </w:tc>
        <w:tc>
          <w:tcPr>
            <w:tcW w:w="4968" w:type="dxa"/>
          </w:tcPr>
          <w:p w14:paraId="1BA9E6DE" w14:textId="77777777" w:rsidR="00D815E9" w:rsidRDefault="00000000">
            <w:pPr>
              <w:jc w:val="right"/>
            </w:pPr>
            <w:r>
              <w:t>Miejscowość: ....................................</w:t>
            </w:r>
            <w:r>
              <w:br/>
              <w:t>Dnia: ............................ r.</w:t>
            </w:r>
          </w:p>
        </w:tc>
      </w:tr>
    </w:tbl>
    <w:p w14:paraId="119CAAB6" w14:textId="77777777" w:rsidR="00D815E9" w:rsidRDefault="00D815E9">
      <w:pPr>
        <w:spacing w:after="240"/>
      </w:pPr>
    </w:p>
    <w:p w14:paraId="424DB872" w14:textId="759C32BC" w:rsidR="00D815E9" w:rsidRPr="00286B76" w:rsidRDefault="00000000">
      <w:pPr>
        <w:spacing w:after="480"/>
        <w:ind w:left="5040"/>
        <w:rPr>
          <w:lang w:val="pl-PL"/>
        </w:rPr>
      </w:pPr>
      <w:r w:rsidRPr="00286B76">
        <w:rPr>
          <w:b/>
          <w:lang w:val="pl-PL"/>
        </w:rPr>
        <w:t>Adresat:</w:t>
      </w:r>
      <w:r w:rsidRPr="00286B76">
        <w:rPr>
          <w:b/>
          <w:lang w:val="pl-PL"/>
        </w:rPr>
        <w:br/>
      </w:r>
      <w:r w:rsidRPr="00286B76">
        <w:rPr>
          <w:lang w:val="pl-PL"/>
        </w:rPr>
        <w:br/>
        <w:t>........................................................................</w:t>
      </w:r>
      <w:r w:rsidRPr="00286B76">
        <w:rPr>
          <w:lang w:val="pl-PL"/>
        </w:rPr>
        <w:br/>
        <w:t>........................................................................</w:t>
      </w:r>
    </w:p>
    <w:p w14:paraId="3AA9CD53" w14:textId="77777777" w:rsidR="00D815E9" w:rsidRPr="00286B76" w:rsidRDefault="00000000">
      <w:pPr>
        <w:spacing w:after="360"/>
        <w:jc w:val="center"/>
        <w:rPr>
          <w:lang w:val="pl-PL"/>
        </w:rPr>
      </w:pPr>
      <w:r w:rsidRPr="00286B76">
        <w:rPr>
          <w:b/>
          <w:sz w:val="28"/>
          <w:lang w:val="pl-PL"/>
        </w:rPr>
        <w:t>OŚWIADCZENIE</w:t>
      </w:r>
      <w:r w:rsidRPr="00286B76">
        <w:rPr>
          <w:b/>
          <w:sz w:val="28"/>
          <w:lang w:val="pl-PL"/>
        </w:rPr>
        <w:br/>
      </w:r>
      <w:r w:rsidRPr="00286B76">
        <w:rPr>
          <w:b/>
          <w:lang w:val="pl-PL"/>
        </w:rPr>
        <w:t>o planowanej i prognozowanej wielkości produkcji wina lub napojów fermentowanych</w:t>
      </w:r>
      <w:r w:rsidRPr="00286B76">
        <w:rPr>
          <w:b/>
          <w:lang w:val="pl-PL"/>
        </w:rPr>
        <w:br/>
        <w:t>(składane w pierwszym roku działalności)</w:t>
      </w:r>
    </w:p>
    <w:p w14:paraId="1F36AFD0" w14:textId="77777777" w:rsidR="00D815E9" w:rsidRPr="00286B76" w:rsidRDefault="00000000">
      <w:pPr>
        <w:jc w:val="both"/>
        <w:rPr>
          <w:lang w:val="pl-PL"/>
        </w:rPr>
      </w:pPr>
      <w:r w:rsidRPr="00286B76">
        <w:rPr>
          <w:lang w:val="pl-PL"/>
        </w:rPr>
        <w:t xml:space="preserve">Działając na podstawie właściwych przepisów ustawy o wyrobach winiarskich oraz przepisów regulujących rynek napojów fermentowanych, ja niżej podpisany(a) / reprezentując wyżej wymieniony podmiot, świadomy(a) odpowiedzialności karnej za składanie fałszywych oświadczeń, niniejszym uroczyście oświadczam, że: </w:t>
      </w:r>
    </w:p>
    <w:p w14:paraId="521DC9D2" w14:textId="59070000" w:rsidR="00D815E9" w:rsidRPr="00286B76" w:rsidRDefault="00000000" w:rsidP="00286B76">
      <w:pPr>
        <w:spacing w:before="120" w:after="240"/>
        <w:ind w:left="288"/>
        <w:jc w:val="both"/>
        <w:rPr>
          <w:lang w:val="pl-PL"/>
        </w:rPr>
      </w:pPr>
      <w:r w:rsidRPr="00286B76">
        <w:rPr>
          <w:lang w:val="pl-PL"/>
        </w:rPr>
        <w:t xml:space="preserve">w związku z rozpoczęciem działalności produkcyjnej, w bieżącym roku oraz w okresie kolejnych trzech lat winiarskich / kalendarzowych*, średnia roczna produkcja wina lub napojów fermentowanych w moim przedsiębiorstwie/gospodarstwie </w:t>
      </w:r>
      <w:r w:rsidRPr="00286B76">
        <w:rPr>
          <w:b/>
          <w:lang w:val="pl-PL"/>
        </w:rPr>
        <w:t>nie przekroczy poziomu 1000 hektolitrów (</w:t>
      </w:r>
      <w:proofErr w:type="spellStart"/>
      <w:r w:rsidRPr="00286B76">
        <w:rPr>
          <w:b/>
          <w:lang w:val="pl-PL"/>
        </w:rPr>
        <w:t>hl</w:t>
      </w:r>
      <w:proofErr w:type="spellEnd"/>
      <w:r w:rsidRPr="00286B76">
        <w:rPr>
          <w:b/>
          <w:lang w:val="pl-PL"/>
        </w:rPr>
        <w:t>)</w:t>
      </w:r>
      <w:r w:rsidRPr="00286B76">
        <w:rPr>
          <w:lang w:val="pl-PL"/>
        </w:rPr>
        <w:t>. Niniejsze oświadczenie stanowi potwierdzenie spełnienia kryteriów dla małych producentów w pierwszym roku prowadzenia działalności.</w:t>
      </w:r>
    </w:p>
    <w:p w14:paraId="5BD46C8E" w14:textId="77777777" w:rsidR="00D815E9" w:rsidRPr="00286B76" w:rsidRDefault="00000000">
      <w:pPr>
        <w:spacing w:before="800"/>
        <w:jc w:val="right"/>
        <w:rPr>
          <w:lang w:val="pl-PL"/>
        </w:rPr>
      </w:pPr>
      <w:r w:rsidRPr="00286B76">
        <w:rPr>
          <w:lang w:val="pl-PL"/>
        </w:rPr>
        <w:t>...............................................................................</w:t>
      </w:r>
      <w:r w:rsidRPr="00286B76">
        <w:rPr>
          <w:lang w:val="pl-PL"/>
        </w:rPr>
        <w:br/>
        <w:t>(czytelny podpis wnioskodawcy / osoby upoważnionej)</w:t>
      </w:r>
    </w:p>
    <w:p w14:paraId="7F5579AB" w14:textId="77777777" w:rsidR="00D815E9" w:rsidRPr="00286B76" w:rsidRDefault="00000000">
      <w:pPr>
        <w:spacing w:before="600"/>
        <w:rPr>
          <w:lang w:val="pl-PL"/>
        </w:rPr>
      </w:pPr>
      <w:r w:rsidRPr="00286B76">
        <w:rPr>
          <w:b/>
          <w:lang w:val="pl-PL"/>
        </w:rPr>
        <w:t>POUCZENIE:</w:t>
      </w:r>
      <w:r w:rsidRPr="00286B76">
        <w:rPr>
          <w:b/>
          <w:lang w:val="pl-PL"/>
        </w:rPr>
        <w:br/>
      </w:r>
      <w:r w:rsidRPr="00286B76">
        <w:rPr>
          <w:lang w:val="pl-PL"/>
        </w:rPr>
        <w:t>Jestem świadomy odpowiedzialności karnej za złożenie fałszywego oświadczenia wynikającej z przepisów Kodeksu karnego.</w:t>
      </w:r>
    </w:p>
    <w:sectPr w:rsidR="00D815E9" w:rsidRPr="00286B76" w:rsidSect="00034616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2767975">
    <w:abstractNumId w:val="8"/>
  </w:num>
  <w:num w:numId="2" w16cid:durableId="1358235245">
    <w:abstractNumId w:val="6"/>
  </w:num>
  <w:num w:numId="3" w16cid:durableId="1117719930">
    <w:abstractNumId w:val="5"/>
  </w:num>
  <w:num w:numId="4" w16cid:durableId="260573877">
    <w:abstractNumId w:val="4"/>
  </w:num>
  <w:num w:numId="5" w16cid:durableId="2080247442">
    <w:abstractNumId w:val="7"/>
  </w:num>
  <w:num w:numId="6" w16cid:durableId="1257203010">
    <w:abstractNumId w:val="3"/>
  </w:num>
  <w:num w:numId="7" w16cid:durableId="1718312370">
    <w:abstractNumId w:val="2"/>
  </w:num>
  <w:num w:numId="8" w16cid:durableId="1359044239">
    <w:abstractNumId w:val="1"/>
  </w:num>
  <w:num w:numId="9" w16cid:durableId="202595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B76"/>
    <w:rsid w:val="0029639D"/>
    <w:rsid w:val="00326F90"/>
    <w:rsid w:val="00467897"/>
    <w:rsid w:val="00AA1D8D"/>
    <w:rsid w:val="00B47730"/>
    <w:rsid w:val="00CB0664"/>
    <w:rsid w:val="00D815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0D95150"/>
  <w14:defaultImageDpi w14:val="300"/>
  <w15:docId w15:val="{08439ABF-7811-D141-A674-82909C9D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Radosław Froń</cp:lastModifiedBy>
  <cp:revision>3</cp:revision>
  <dcterms:created xsi:type="dcterms:W3CDTF">2026-07-06T19:38:00Z</dcterms:created>
  <dcterms:modified xsi:type="dcterms:W3CDTF">2026-07-06T19:38:00Z</dcterms:modified>
  <cp:category/>
</cp:coreProperties>
</file>